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C46" w:rsidRDefault="00B03B74">
      <w:pPr>
        <w:spacing w:after="20"/>
        <w:jc w:val="center"/>
        <w:rPr>
          <w:lang w:eastAsia="zh-TW"/>
        </w:rPr>
      </w:pPr>
      <w:bookmarkStart w:id="0" w:name="_GoBack"/>
      <w:bookmarkEnd w:id="0"/>
      <w:r>
        <w:rPr>
          <w:rFonts w:ascii="微軟正黑體" w:hAnsi="微軟正黑體"/>
          <w:b/>
          <w:sz w:val="34"/>
          <w:lang w:eastAsia="zh-TW"/>
        </w:rPr>
        <w:t>國立勤益科技大學外籍生工讀調查表</w:t>
      </w:r>
    </w:p>
    <w:p w:rsidR="00C82C46" w:rsidRDefault="00B03B74">
      <w:pPr>
        <w:spacing w:after="160"/>
        <w:jc w:val="center"/>
        <w:rPr>
          <w:b/>
          <w:sz w:val="22"/>
        </w:rPr>
      </w:pPr>
      <w:r>
        <w:rPr>
          <w:b/>
          <w:sz w:val="22"/>
        </w:rPr>
        <w:t>National Chin-Yi University of Technology</w:t>
      </w:r>
      <w:r>
        <w:rPr>
          <w:b/>
          <w:sz w:val="22"/>
        </w:rPr>
        <w:br/>
        <w:t>International Student Part-time Employment Survey</w:t>
      </w:r>
    </w:p>
    <w:p w:rsidR="0034409B" w:rsidRDefault="0034409B">
      <w:pPr>
        <w:spacing w:after="160"/>
        <w:jc w:val="center"/>
        <w:rPr>
          <w:b/>
          <w:sz w:val="22"/>
        </w:rPr>
      </w:pPr>
    </w:p>
    <w:p w:rsidR="0034409B" w:rsidRPr="0034409B" w:rsidRDefault="00E421FE" w:rsidP="0034409B">
      <w:pPr>
        <w:wordWrap w:val="0"/>
        <w:spacing w:after="160"/>
        <w:jc w:val="right"/>
      </w:pPr>
      <w:r w:rsidRPr="00DC4619">
        <w:rPr>
          <w:b/>
        </w:rPr>
        <w:t>日期</w:t>
      </w:r>
      <w:r w:rsidR="00543561">
        <w:rPr>
          <w:b/>
        </w:rPr>
        <w:t>Date</w:t>
      </w:r>
      <w:r w:rsidR="00543561">
        <w:rPr>
          <w:rFonts w:hint="eastAsia"/>
          <w:b/>
          <w:lang w:eastAsia="zh-TW"/>
        </w:rPr>
        <w:t>:</w:t>
      </w:r>
      <w:r>
        <w:rPr>
          <w:rFonts w:eastAsia="SimSun" w:hint="eastAsia"/>
          <w:b/>
          <w:lang w:eastAsia="zh-CN"/>
        </w:rPr>
        <w:t xml:space="preserve"> </w:t>
      </w:r>
      <w:r>
        <w:t xml:space="preserve">_______ </w:t>
      </w:r>
      <w:r>
        <w:t>年</w:t>
      </w:r>
      <w:r>
        <w:t xml:space="preserve"> Year _______ </w:t>
      </w:r>
      <w:r>
        <w:t>月</w:t>
      </w:r>
      <w:r>
        <w:t xml:space="preserve"> Month _______ </w:t>
      </w:r>
      <w:r>
        <w:t>日</w:t>
      </w:r>
      <w:r>
        <w:t xml:space="preserve"> Day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2429"/>
        <w:gridCol w:w="1276"/>
        <w:gridCol w:w="2815"/>
      </w:tblGrid>
      <w:tr w:rsidR="00F45843" w:rsidTr="0034409B">
        <w:trPr>
          <w:trHeight w:val="737"/>
          <w:jc w:val="center"/>
        </w:trPr>
        <w:tc>
          <w:tcPr>
            <w:tcW w:w="3515" w:type="dxa"/>
            <w:shd w:val="clear" w:color="auto" w:fill="E7E6E6"/>
            <w:vAlign w:val="center"/>
          </w:tcPr>
          <w:p w:rsidR="00F45843" w:rsidRDefault="007F678C">
            <w:pPr>
              <w:spacing w:after="0" w:line="240" w:lineRule="auto"/>
            </w:pPr>
            <w:r>
              <w:rPr>
                <w:b/>
              </w:rPr>
              <w:t>中文姓名</w:t>
            </w:r>
            <w:r>
              <w:rPr>
                <w:b/>
              </w:rPr>
              <w:br/>
              <w:t>Chinese Name</w:t>
            </w:r>
          </w:p>
        </w:tc>
        <w:tc>
          <w:tcPr>
            <w:tcW w:w="2429" w:type="dxa"/>
            <w:vAlign w:val="center"/>
          </w:tcPr>
          <w:p w:rsidR="00F45843" w:rsidRDefault="00F45843">
            <w:pPr>
              <w:spacing w:after="0" w:line="240" w:lineRule="auto"/>
            </w:pPr>
          </w:p>
        </w:tc>
        <w:tc>
          <w:tcPr>
            <w:tcW w:w="1276" w:type="dxa"/>
            <w:shd w:val="clear" w:color="auto" w:fill="E7E6E6"/>
            <w:vAlign w:val="center"/>
          </w:tcPr>
          <w:p w:rsidR="00F45843" w:rsidRDefault="007F678C">
            <w:pPr>
              <w:spacing w:after="0" w:line="240" w:lineRule="auto"/>
            </w:pPr>
            <w:r>
              <w:rPr>
                <w:b/>
                <w:sz w:val="19"/>
              </w:rPr>
              <w:t>學號</w:t>
            </w:r>
            <w:r>
              <w:rPr>
                <w:b/>
                <w:sz w:val="19"/>
              </w:rPr>
              <w:br/>
              <w:t>Student ID</w:t>
            </w:r>
          </w:p>
        </w:tc>
        <w:tc>
          <w:tcPr>
            <w:tcW w:w="2815" w:type="dxa"/>
            <w:vAlign w:val="center"/>
          </w:tcPr>
          <w:p w:rsidR="00F45843" w:rsidRDefault="00F45843">
            <w:pPr>
              <w:spacing w:after="0" w:line="240" w:lineRule="auto"/>
            </w:pPr>
          </w:p>
        </w:tc>
      </w:tr>
      <w:tr w:rsidR="0034409B" w:rsidTr="00D20772">
        <w:trPr>
          <w:trHeight w:val="879"/>
          <w:jc w:val="center"/>
        </w:trPr>
        <w:tc>
          <w:tcPr>
            <w:tcW w:w="3515" w:type="dxa"/>
            <w:shd w:val="clear" w:color="auto" w:fill="E7E6E6"/>
            <w:vAlign w:val="center"/>
          </w:tcPr>
          <w:p w:rsidR="0034409B" w:rsidRDefault="0034409B">
            <w:pPr>
              <w:spacing w:after="0" w:line="240" w:lineRule="auto"/>
            </w:pPr>
            <w:r>
              <w:rPr>
                <w:b/>
              </w:rPr>
              <w:t>手機電話號碼</w:t>
            </w:r>
            <w:r>
              <w:rPr>
                <w:b/>
              </w:rPr>
              <w:br/>
              <w:t>Mobile Phone Number</w:t>
            </w:r>
          </w:p>
        </w:tc>
        <w:tc>
          <w:tcPr>
            <w:tcW w:w="6520" w:type="dxa"/>
            <w:gridSpan w:val="3"/>
            <w:vAlign w:val="center"/>
          </w:tcPr>
          <w:p w:rsidR="0034409B" w:rsidRDefault="0034409B">
            <w:pPr>
              <w:spacing w:after="0" w:line="240" w:lineRule="auto"/>
            </w:pPr>
          </w:p>
        </w:tc>
      </w:tr>
      <w:tr w:rsidR="0034409B" w:rsidTr="00325A86">
        <w:trPr>
          <w:trHeight w:val="879"/>
          <w:jc w:val="center"/>
        </w:trPr>
        <w:tc>
          <w:tcPr>
            <w:tcW w:w="3515" w:type="dxa"/>
            <w:shd w:val="clear" w:color="auto" w:fill="E7E6E6"/>
            <w:vAlign w:val="center"/>
          </w:tcPr>
          <w:p w:rsidR="0034409B" w:rsidRDefault="0034409B" w:rsidP="0034409B">
            <w:pPr>
              <w:spacing w:after="0" w:line="240" w:lineRule="auto"/>
              <w:rPr>
                <w:b/>
              </w:rPr>
            </w:pPr>
            <w:r w:rsidRPr="0034409B">
              <w:rPr>
                <w:b/>
                <w:szCs w:val="21"/>
              </w:rPr>
              <w:t>工作證</w:t>
            </w:r>
            <w:r>
              <w:rPr>
                <w:b/>
                <w:sz w:val="18"/>
              </w:rPr>
              <w:br/>
            </w:r>
            <w:r w:rsidRPr="0034409B">
              <w:rPr>
                <w:b/>
                <w:szCs w:val="21"/>
              </w:rPr>
              <w:t>Work Permit</w:t>
            </w:r>
          </w:p>
        </w:tc>
        <w:tc>
          <w:tcPr>
            <w:tcW w:w="6520" w:type="dxa"/>
            <w:gridSpan w:val="3"/>
            <w:vAlign w:val="center"/>
          </w:tcPr>
          <w:p w:rsidR="0034409B" w:rsidRPr="0034409B" w:rsidRDefault="0034409B" w:rsidP="0034409B">
            <w:pPr>
              <w:spacing w:after="0" w:line="240" w:lineRule="auto"/>
              <w:rPr>
                <w:szCs w:val="21"/>
              </w:rPr>
            </w:pPr>
            <w:r w:rsidRPr="0034409B">
              <w:rPr>
                <w:sz w:val="32"/>
                <w:szCs w:val="32"/>
              </w:rPr>
              <w:t>□</w:t>
            </w:r>
            <w:r w:rsidRPr="0034409B">
              <w:rPr>
                <w:szCs w:val="21"/>
              </w:rPr>
              <w:t xml:space="preserve"> </w:t>
            </w:r>
            <w:r w:rsidRPr="0034409B">
              <w:rPr>
                <w:szCs w:val="21"/>
              </w:rPr>
              <w:t>是</w:t>
            </w:r>
            <w:r w:rsidRPr="0034409B">
              <w:rPr>
                <w:szCs w:val="21"/>
              </w:rPr>
              <w:t xml:space="preserve"> Yes</w:t>
            </w:r>
            <w:r w:rsidRPr="0034409B">
              <w:rPr>
                <w:szCs w:val="21"/>
              </w:rPr>
              <w:br/>
            </w:r>
            <w:r w:rsidRPr="0034409B">
              <w:rPr>
                <w:sz w:val="32"/>
                <w:szCs w:val="32"/>
              </w:rPr>
              <w:t>□</w:t>
            </w:r>
            <w:r w:rsidRPr="0034409B">
              <w:rPr>
                <w:szCs w:val="21"/>
              </w:rPr>
              <w:t xml:space="preserve"> </w:t>
            </w:r>
            <w:r w:rsidRPr="0034409B">
              <w:rPr>
                <w:szCs w:val="21"/>
              </w:rPr>
              <w:t>否</w:t>
            </w:r>
            <w:r w:rsidRPr="0034409B">
              <w:rPr>
                <w:szCs w:val="21"/>
              </w:rPr>
              <w:t xml:space="preserve"> No</w:t>
            </w:r>
          </w:p>
        </w:tc>
      </w:tr>
      <w:tr w:rsidR="0034409B" w:rsidTr="00934134">
        <w:trPr>
          <w:trHeight w:val="737"/>
          <w:jc w:val="center"/>
        </w:trPr>
        <w:tc>
          <w:tcPr>
            <w:tcW w:w="3515" w:type="dxa"/>
            <w:shd w:val="clear" w:color="auto" w:fill="E7E6E6"/>
            <w:vAlign w:val="center"/>
          </w:tcPr>
          <w:p w:rsidR="0034409B" w:rsidRDefault="0034409B" w:rsidP="0034409B">
            <w:pPr>
              <w:spacing w:after="0" w:line="240" w:lineRule="auto"/>
              <w:rPr>
                <w:b/>
              </w:rPr>
            </w:pPr>
            <w:r w:rsidRPr="0034409B">
              <w:rPr>
                <w:b/>
                <w:szCs w:val="21"/>
              </w:rPr>
              <w:t>勞保</w:t>
            </w:r>
            <w:r>
              <w:rPr>
                <w:b/>
                <w:sz w:val="16"/>
              </w:rPr>
              <w:br/>
            </w:r>
            <w:r w:rsidRPr="0034409B">
              <w:rPr>
                <w:b/>
                <w:szCs w:val="21"/>
              </w:rPr>
              <w:t>Labor Insurance</w:t>
            </w:r>
          </w:p>
        </w:tc>
        <w:tc>
          <w:tcPr>
            <w:tcW w:w="6520" w:type="dxa"/>
            <w:gridSpan w:val="3"/>
            <w:vAlign w:val="center"/>
          </w:tcPr>
          <w:p w:rsidR="0034409B" w:rsidRPr="0034409B" w:rsidRDefault="0034409B" w:rsidP="0034409B">
            <w:pPr>
              <w:spacing w:after="0" w:line="240" w:lineRule="auto"/>
              <w:rPr>
                <w:szCs w:val="21"/>
              </w:rPr>
            </w:pPr>
            <w:r w:rsidRPr="0034409B">
              <w:rPr>
                <w:sz w:val="32"/>
                <w:szCs w:val="32"/>
              </w:rPr>
              <w:t>□</w:t>
            </w:r>
            <w:r w:rsidRPr="0034409B">
              <w:rPr>
                <w:szCs w:val="21"/>
              </w:rPr>
              <w:t xml:space="preserve"> </w:t>
            </w:r>
            <w:r w:rsidRPr="0034409B">
              <w:rPr>
                <w:szCs w:val="21"/>
              </w:rPr>
              <w:t>是</w:t>
            </w:r>
            <w:r w:rsidRPr="0034409B">
              <w:rPr>
                <w:szCs w:val="21"/>
              </w:rPr>
              <w:t xml:space="preserve"> Yes</w:t>
            </w:r>
            <w:r w:rsidRPr="0034409B">
              <w:rPr>
                <w:szCs w:val="21"/>
              </w:rPr>
              <w:br/>
            </w:r>
            <w:r w:rsidRPr="0034409B">
              <w:rPr>
                <w:sz w:val="32"/>
                <w:szCs w:val="32"/>
              </w:rPr>
              <w:t xml:space="preserve">□ </w:t>
            </w:r>
            <w:r w:rsidRPr="0034409B">
              <w:rPr>
                <w:szCs w:val="21"/>
              </w:rPr>
              <w:t>否</w:t>
            </w:r>
            <w:r w:rsidRPr="0034409B">
              <w:rPr>
                <w:szCs w:val="21"/>
              </w:rPr>
              <w:t xml:space="preserve"> No</w:t>
            </w:r>
          </w:p>
        </w:tc>
      </w:tr>
      <w:tr w:rsidR="0034409B" w:rsidTr="0034409B">
        <w:trPr>
          <w:trHeight w:val="737"/>
          <w:jc w:val="center"/>
        </w:trPr>
        <w:tc>
          <w:tcPr>
            <w:tcW w:w="3515" w:type="dxa"/>
            <w:shd w:val="clear" w:color="auto" w:fill="E7E6E6"/>
            <w:vAlign w:val="center"/>
          </w:tcPr>
          <w:p w:rsidR="0034409B" w:rsidRDefault="0034409B" w:rsidP="0034409B">
            <w:pPr>
              <w:spacing w:after="0" w:line="240" w:lineRule="auto"/>
            </w:pPr>
            <w:r>
              <w:rPr>
                <w:b/>
              </w:rPr>
              <w:t>工讀場所名稱</w:t>
            </w:r>
            <w:r>
              <w:rPr>
                <w:b/>
              </w:rPr>
              <w:br/>
              <w:t>Name of Workplace</w:t>
            </w:r>
          </w:p>
        </w:tc>
        <w:tc>
          <w:tcPr>
            <w:tcW w:w="2429" w:type="dxa"/>
            <w:vAlign w:val="center"/>
          </w:tcPr>
          <w:p w:rsidR="0034409B" w:rsidRDefault="0034409B" w:rsidP="0034409B">
            <w:pPr>
              <w:spacing w:after="0" w:line="240" w:lineRule="auto"/>
            </w:pPr>
          </w:p>
        </w:tc>
        <w:tc>
          <w:tcPr>
            <w:tcW w:w="1276" w:type="dxa"/>
            <w:shd w:val="clear" w:color="auto" w:fill="E7E6E6"/>
            <w:vAlign w:val="center"/>
          </w:tcPr>
          <w:p w:rsidR="0034409B" w:rsidRDefault="0034409B" w:rsidP="0034409B">
            <w:pPr>
              <w:spacing w:after="0" w:line="240" w:lineRule="auto"/>
            </w:pPr>
            <w:r>
              <w:rPr>
                <w:b/>
                <w:sz w:val="18"/>
              </w:rPr>
              <w:t>職務</w:t>
            </w:r>
            <w:r>
              <w:rPr>
                <w:b/>
                <w:sz w:val="18"/>
              </w:rPr>
              <w:br/>
              <w:t>Job Title / Position</w:t>
            </w:r>
          </w:p>
        </w:tc>
        <w:tc>
          <w:tcPr>
            <w:tcW w:w="2815" w:type="dxa"/>
            <w:vAlign w:val="center"/>
          </w:tcPr>
          <w:p w:rsidR="0034409B" w:rsidRDefault="0034409B" w:rsidP="0034409B">
            <w:pPr>
              <w:spacing w:after="0" w:line="240" w:lineRule="auto"/>
            </w:pPr>
          </w:p>
        </w:tc>
      </w:tr>
      <w:tr w:rsidR="0034409B">
        <w:trPr>
          <w:trHeight w:val="652"/>
          <w:jc w:val="center"/>
        </w:trPr>
        <w:tc>
          <w:tcPr>
            <w:tcW w:w="3515" w:type="dxa"/>
            <w:shd w:val="clear" w:color="auto" w:fill="E7E6E6"/>
            <w:vAlign w:val="center"/>
          </w:tcPr>
          <w:p w:rsidR="0034409B" w:rsidRDefault="0034409B" w:rsidP="0034409B">
            <w:pPr>
              <w:spacing w:after="0" w:line="240" w:lineRule="auto"/>
            </w:pPr>
            <w:r>
              <w:rPr>
                <w:b/>
              </w:rPr>
              <w:t>時薪</w:t>
            </w:r>
            <w:r>
              <w:rPr>
                <w:b/>
              </w:rPr>
              <w:br/>
              <w:t>Hourly Wage</w:t>
            </w:r>
          </w:p>
        </w:tc>
        <w:tc>
          <w:tcPr>
            <w:tcW w:w="6520" w:type="dxa"/>
            <w:gridSpan w:val="3"/>
            <w:vAlign w:val="center"/>
          </w:tcPr>
          <w:p w:rsidR="0034409B" w:rsidRDefault="0034409B" w:rsidP="0034409B">
            <w:pPr>
              <w:spacing w:after="0" w:line="240" w:lineRule="auto"/>
            </w:pPr>
            <w:r>
              <w:t>NT$ __________________ / hour</w:t>
            </w:r>
          </w:p>
        </w:tc>
      </w:tr>
      <w:tr w:rsidR="0034409B" w:rsidTr="00EA0E0C">
        <w:trPr>
          <w:trHeight w:val="935"/>
          <w:jc w:val="center"/>
        </w:trPr>
        <w:tc>
          <w:tcPr>
            <w:tcW w:w="3515" w:type="dxa"/>
            <w:shd w:val="clear" w:color="auto" w:fill="E7E6E6"/>
            <w:vAlign w:val="center"/>
          </w:tcPr>
          <w:p w:rsidR="0034409B" w:rsidRDefault="0034409B" w:rsidP="0034409B">
            <w:pPr>
              <w:spacing w:after="0" w:line="240" w:lineRule="auto"/>
            </w:pPr>
            <w:r>
              <w:rPr>
                <w:b/>
              </w:rPr>
              <w:t>每週工讀時數</w:t>
            </w:r>
            <w:r>
              <w:rPr>
                <w:b/>
              </w:rPr>
              <w:br/>
              <w:t>Working Hours per Week</w:t>
            </w:r>
          </w:p>
        </w:tc>
        <w:tc>
          <w:tcPr>
            <w:tcW w:w="6520" w:type="dxa"/>
            <w:gridSpan w:val="3"/>
            <w:vAlign w:val="center"/>
          </w:tcPr>
          <w:p w:rsidR="0034409B" w:rsidRDefault="0034409B" w:rsidP="0034409B">
            <w:pPr>
              <w:spacing w:after="0" w:line="240" w:lineRule="auto"/>
            </w:pPr>
            <w:r>
              <w:t>__________________ hours / week</w:t>
            </w:r>
          </w:p>
        </w:tc>
      </w:tr>
      <w:tr w:rsidR="0034409B">
        <w:trPr>
          <w:trHeight w:val="680"/>
          <w:jc w:val="center"/>
        </w:trPr>
        <w:tc>
          <w:tcPr>
            <w:tcW w:w="3515" w:type="dxa"/>
            <w:shd w:val="clear" w:color="auto" w:fill="E7E6E6"/>
            <w:vAlign w:val="center"/>
          </w:tcPr>
          <w:p w:rsidR="0034409B" w:rsidRPr="0034409B" w:rsidRDefault="0034409B" w:rsidP="0034409B">
            <w:pPr>
              <w:spacing w:after="0" w:line="240" w:lineRule="auto"/>
              <w:rPr>
                <w:b/>
                <w:szCs w:val="21"/>
              </w:rPr>
            </w:pPr>
            <w:r w:rsidRPr="0034409B">
              <w:rPr>
                <w:b/>
                <w:szCs w:val="21"/>
              </w:rPr>
              <w:t>每月工讀時數</w:t>
            </w:r>
            <w:r w:rsidRPr="0034409B">
              <w:rPr>
                <w:b/>
                <w:szCs w:val="21"/>
              </w:rPr>
              <w:br/>
              <w:t>Working Hours per Month</w:t>
            </w:r>
          </w:p>
        </w:tc>
        <w:tc>
          <w:tcPr>
            <w:tcW w:w="6520" w:type="dxa"/>
            <w:gridSpan w:val="3"/>
            <w:vAlign w:val="center"/>
          </w:tcPr>
          <w:p w:rsidR="0034409B" w:rsidRDefault="0034409B" w:rsidP="0034409B">
            <w:pPr>
              <w:spacing w:after="0" w:line="240" w:lineRule="auto"/>
            </w:pPr>
            <w:r>
              <w:t>__________________</w:t>
            </w:r>
            <w:r w:rsidRPr="0034409B">
              <w:rPr>
                <w:szCs w:val="21"/>
              </w:rPr>
              <w:t xml:space="preserve"> hours / month</w:t>
            </w:r>
          </w:p>
        </w:tc>
      </w:tr>
      <w:tr w:rsidR="0034409B">
        <w:trPr>
          <w:trHeight w:val="680"/>
          <w:jc w:val="center"/>
        </w:trPr>
        <w:tc>
          <w:tcPr>
            <w:tcW w:w="3515" w:type="dxa"/>
            <w:shd w:val="clear" w:color="auto" w:fill="E7E6E6"/>
            <w:vAlign w:val="center"/>
          </w:tcPr>
          <w:p w:rsidR="0034409B" w:rsidRDefault="0034409B" w:rsidP="0034409B">
            <w:pPr>
              <w:spacing w:after="0" w:line="240" w:lineRule="auto"/>
            </w:pPr>
            <w:r>
              <w:rPr>
                <w:b/>
              </w:rPr>
              <w:t>工作場所聯絡電話</w:t>
            </w:r>
            <w:r>
              <w:rPr>
                <w:b/>
              </w:rPr>
              <w:br/>
              <w:t>Workplace Telephone</w:t>
            </w:r>
          </w:p>
        </w:tc>
        <w:tc>
          <w:tcPr>
            <w:tcW w:w="6520" w:type="dxa"/>
            <w:gridSpan w:val="3"/>
            <w:vAlign w:val="center"/>
          </w:tcPr>
          <w:p w:rsidR="0034409B" w:rsidRDefault="0034409B" w:rsidP="0034409B">
            <w:pPr>
              <w:spacing w:after="0" w:line="240" w:lineRule="auto"/>
            </w:pPr>
          </w:p>
        </w:tc>
      </w:tr>
      <w:tr w:rsidR="0034409B">
        <w:trPr>
          <w:trHeight w:val="992"/>
          <w:jc w:val="center"/>
        </w:trPr>
        <w:tc>
          <w:tcPr>
            <w:tcW w:w="3515" w:type="dxa"/>
            <w:shd w:val="clear" w:color="auto" w:fill="E7E6E6"/>
            <w:vAlign w:val="center"/>
          </w:tcPr>
          <w:p w:rsidR="0034409B" w:rsidRDefault="0034409B" w:rsidP="0034409B">
            <w:pPr>
              <w:spacing w:after="0" w:line="240" w:lineRule="auto"/>
            </w:pPr>
            <w:r>
              <w:rPr>
                <w:b/>
              </w:rPr>
              <w:t>地址</w:t>
            </w:r>
            <w:r>
              <w:rPr>
                <w:b/>
              </w:rPr>
              <w:br/>
              <w:t>Workplace Address</w:t>
            </w:r>
          </w:p>
        </w:tc>
        <w:tc>
          <w:tcPr>
            <w:tcW w:w="6520" w:type="dxa"/>
            <w:gridSpan w:val="3"/>
            <w:vAlign w:val="center"/>
          </w:tcPr>
          <w:p w:rsidR="0034409B" w:rsidRDefault="0034409B" w:rsidP="0034409B">
            <w:pPr>
              <w:spacing w:after="0" w:line="240" w:lineRule="auto"/>
            </w:pPr>
          </w:p>
        </w:tc>
      </w:tr>
      <w:tr w:rsidR="0034409B">
        <w:trPr>
          <w:trHeight w:val="765"/>
          <w:jc w:val="center"/>
        </w:trPr>
        <w:tc>
          <w:tcPr>
            <w:tcW w:w="3515" w:type="dxa"/>
            <w:shd w:val="clear" w:color="auto" w:fill="E7E6E6"/>
            <w:vAlign w:val="center"/>
          </w:tcPr>
          <w:p w:rsidR="0034409B" w:rsidRDefault="0034409B" w:rsidP="0034409B">
            <w:pPr>
              <w:spacing w:after="0" w:line="240" w:lineRule="auto"/>
            </w:pPr>
            <w:r>
              <w:rPr>
                <w:b/>
              </w:rPr>
              <w:t>雇主或聯絡人姓名</w:t>
            </w:r>
            <w:r>
              <w:rPr>
                <w:b/>
              </w:rPr>
              <w:br/>
              <w:t>Employer / Contact Person</w:t>
            </w:r>
          </w:p>
        </w:tc>
        <w:tc>
          <w:tcPr>
            <w:tcW w:w="6520" w:type="dxa"/>
            <w:gridSpan w:val="3"/>
            <w:vAlign w:val="center"/>
          </w:tcPr>
          <w:p w:rsidR="0034409B" w:rsidRDefault="0034409B" w:rsidP="0034409B">
            <w:pPr>
              <w:spacing w:after="0" w:line="240" w:lineRule="auto"/>
            </w:pPr>
          </w:p>
        </w:tc>
      </w:tr>
    </w:tbl>
    <w:p w:rsidR="00C82C46" w:rsidRDefault="00B03B74">
      <w:pPr>
        <w:spacing w:before="120" w:after="0"/>
        <w:rPr>
          <w:i/>
          <w:sz w:val="18"/>
        </w:rPr>
      </w:pPr>
      <w:r>
        <w:rPr>
          <w:i/>
          <w:sz w:val="18"/>
          <w:lang w:eastAsia="zh-TW"/>
        </w:rPr>
        <w:t xml:space="preserve">※ </w:t>
      </w:r>
      <w:r>
        <w:rPr>
          <w:i/>
          <w:sz w:val="18"/>
          <w:lang w:eastAsia="zh-TW"/>
        </w:rPr>
        <w:t>本表請由學生本人填寫，每人填寫一張。</w:t>
      </w:r>
      <w:r>
        <w:rPr>
          <w:i/>
          <w:sz w:val="18"/>
          <w:lang w:eastAsia="zh-TW"/>
        </w:rPr>
        <w:t xml:space="preserve"> </w:t>
      </w:r>
      <w:r>
        <w:rPr>
          <w:i/>
          <w:sz w:val="18"/>
        </w:rPr>
        <w:t>/ Please complete one form per student.</w:t>
      </w:r>
    </w:p>
    <w:p w:rsidR="000E687E" w:rsidRDefault="000E687E">
      <w:pPr>
        <w:spacing w:before="120" w:after="0"/>
        <w:rPr>
          <w:i/>
          <w:sz w:val="18"/>
        </w:rPr>
      </w:pPr>
    </w:p>
    <w:p w:rsidR="000E687E" w:rsidRDefault="000E687E">
      <w:pPr>
        <w:spacing w:before="120" w:after="0"/>
        <w:rPr>
          <w:i/>
          <w:sz w:val="18"/>
        </w:rPr>
      </w:pPr>
    </w:p>
    <w:p w:rsidR="000E687E" w:rsidRDefault="000E687E" w:rsidP="000E687E">
      <w:pPr>
        <w:spacing w:before="120" w:after="0"/>
        <w:jc w:val="right"/>
        <w:rPr>
          <w:sz w:val="18"/>
        </w:rPr>
      </w:pPr>
      <w:r>
        <w:rPr>
          <w:sz w:val="18"/>
        </w:rPr>
        <w:t>__________________________________</w:t>
      </w:r>
    </w:p>
    <w:p w:rsidR="000E687E" w:rsidRPr="000E687E" w:rsidRDefault="000E687E" w:rsidP="000E687E">
      <w:pPr>
        <w:spacing w:before="120" w:after="0"/>
        <w:jc w:val="right"/>
      </w:pPr>
      <w:r>
        <w:rPr>
          <w:rFonts w:hint="eastAsia"/>
          <w:lang w:eastAsia="zh-TW"/>
        </w:rPr>
        <w:t>簽名</w:t>
      </w:r>
      <w:r>
        <w:rPr>
          <w:rFonts w:hint="eastAsia"/>
          <w:lang w:eastAsia="zh-TW"/>
        </w:rPr>
        <w:t>/</w:t>
      </w:r>
      <w:r>
        <w:rPr>
          <w:lang w:eastAsia="zh-TW"/>
        </w:rPr>
        <w:t>Signature</w:t>
      </w:r>
    </w:p>
    <w:p w:rsidR="00C82C46" w:rsidRDefault="00B03B74">
      <w:r>
        <w:br w:type="page"/>
      </w:r>
    </w:p>
    <w:p w:rsidR="00C82C46" w:rsidRDefault="00B03B74">
      <w:pPr>
        <w:spacing w:after="20"/>
        <w:jc w:val="center"/>
        <w:rPr>
          <w:lang w:eastAsia="zh-TW"/>
        </w:rPr>
      </w:pPr>
      <w:r>
        <w:rPr>
          <w:b/>
          <w:sz w:val="34"/>
          <w:lang w:eastAsia="zh-TW"/>
        </w:rPr>
        <w:lastRenderedPageBreak/>
        <w:t>國立勤益科技大學外籍生工讀輔導紀錄表</w:t>
      </w:r>
    </w:p>
    <w:p w:rsidR="00C82C46" w:rsidRDefault="00B03B74">
      <w:pPr>
        <w:spacing w:after="120"/>
        <w:jc w:val="center"/>
      </w:pPr>
      <w:r>
        <w:rPr>
          <w:b/>
        </w:rPr>
        <w:t>National Chin-Yi University of Technology</w:t>
      </w:r>
      <w:r>
        <w:rPr>
          <w:b/>
        </w:rPr>
        <w:br/>
        <w:t>International Student Part-time Employment Counseling Record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C82C46">
        <w:trPr>
          <w:trHeight w:val="520"/>
          <w:jc w:val="center"/>
        </w:trPr>
        <w:tc>
          <w:tcPr>
            <w:tcW w:w="2551" w:type="dxa"/>
            <w:shd w:val="clear" w:color="auto" w:fill="E7E6E6"/>
            <w:vAlign w:val="center"/>
          </w:tcPr>
          <w:p w:rsidR="00C82C46" w:rsidRDefault="00B03B74">
            <w:pPr>
              <w:spacing w:after="0"/>
            </w:pPr>
            <w:r>
              <w:rPr>
                <w:b/>
                <w:sz w:val="18"/>
              </w:rPr>
              <w:t>中文姓名</w:t>
            </w:r>
            <w:r>
              <w:rPr>
                <w:b/>
                <w:sz w:val="18"/>
              </w:rPr>
              <w:br/>
              <w:t>Chinese Name</w:t>
            </w:r>
          </w:p>
        </w:tc>
        <w:tc>
          <w:tcPr>
            <w:tcW w:w="2551" w:type="dxa"/>
            <w:vAlign w:val="center"/>
          </w:tcPr>
          <w:p w:rsidR="00C82C46" w:rsidRDefault="00C82C46">
            <w:pPr>
              <w:spacing w:after="0"/>
            </w:pPr>
          </w:p>
        </w:tc>
        <w:tc>
          <w:tcPr>
            <w:tcW w:w="2551" w:type="dxa"/>
            <w:shd w:val="clear" w:color="auto" w:fill="E7E6E6"/>
            <w:vAlign w:val="center"/>
          </w:tcPr>
          <w:p w:rsidR="00C82C46" w:rsidRDefault="00B03B74">
            <w:pPr>
              <w:spacing w:after="0"/>
            </w:pPr>
            <w:r>
              <w:rPr>
                <w:b/>
                <w:sz w:val="18"/>
              </w:rPr>
              <w:t>學號</w:t>
            </w:r>
            <w:r>
              <w:rPr>
                <w:b/>
                <w:sz w:val="18"/>
              </w:rPr>
              <w:br/>
              <w:t>Student ID</w:t>
            </w:r>
          </w:p>
        </w:tc>
        <w:tc>
          <w:tcPr>
            <w:tcW w:w="2551" w:type="dxa"/>
            <w:vAlign w:val="center"/>
          </w:tcPr>
          <w:p w:rsidR="00C82C46" w:rsidRDefault="00C82C46">
            <w:pPr>
              <w:spacing w:after="0"/>
            </w:pPr>
          </w:p>
        </w:tc>
      </w:tr>
    </w:tbl>
    <w:p w:rsidR="00C82C46" w:rsidRDefault="00B03B74">
      <w:pPr>
        <w:spacing w:before="80" w:after="40"/>
      </w:pPr>
      <w:r>
        <w:rPr>
          <w:b/>
        </w:rPr>
        <w:t>第</w:t>
      </w:r>
      <w:r>
        <w:rPr>
          <w:b/>
        </w:rPr>
        <w:t xml:space="preserve"> 1 </w:t>
      </w:r>
      <w:r>
        <w:rPr>
          <w:b/>
        </w:rPr>
        <w:t>次輔導紀錄</w:t>
      </w:r>
      <w:r>
        <w:rPr>
          <w:b/>
        </w:rPr>
        <w:t xml:space="preserve">  Counseling Record 1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087"/>
      </w:tblGrid>
      <w:tr w:rsidR="00C82C46" w:rsidTr="00B03B74">
        <w:trPr>
          <w:trHeight w:val="380"/>
          <w:jc w:val="center"/>
        </w:trPr>
        <w:tc>
          <w:tcPr>
            <w:tcW w:w="3119" w:type="dxa"/>
            <w:shd w:val="clear" w:color="auto" w:fill="E7E6E6"/>
            <w:vAlign w:val="center"/>
          </w:tcPr>
          <w:p w:rsidR="00C82C46" w:rsidRDefault="00B03B74">
            <w:pPr>
              <w:spacing w:after="0"/>
            </w:pPr>
            <w:r>
              <w:rPr>
                <w:b/>
                <w:sz w:val="17"/>
              </w:rPr>
              <w:t>輔導日期</w:t>
            </w:r>
            <w:r>
              <w:rPr>
                <w:b/>
                <w:sz w:val="17"/>
              </w:rPr>
              <w:br/>
              <w:t>Counseling Date</w:t>
            </w:r>
          </w:p>
        </w:tc>
        <w:tc>
          <w:tcPr>
            <w:tcW w:w="7087" w:type="dxa"/>
            <w:vAlign w:val="center"/>
          </w:tcPr>
          <w:p w:rsidR="00C82C46" w:rsidRDefault="00B03B74">
            <w:pPr>
              <w:spacing w:after="0"/>
            </w:pPr>
            <w:r>
              <w:rPr>
                <w:sz w:val="17"/>
              </w:rPr>
              <w:t xml:space="preserve">_______ </w:t>
            </w:r>
            <w:r>
              <w:rPr>
                <w:sz w:val="17"/>
              </w:rPr>
              <w:t>年</w:t>
            </w:r>
            <w:r>
              <w:rPr>
                <w:sz w:val="17"/>
              </w:rPr>
              <w:t xml:space="preserve"> Year _______ </w:t>
            </w:r>
            <w:r>
              <w:rPr>
                <w:sz w:val="17"/>
              </w:rPr>
              <w:t>月</w:t>
            </w:r>
            <w:r>
              <w:rPr>
                <w:sz w:val="17"/>
              </w:rPr>
              <w:t xml:space="preserve"> Month _______ </w:t>
            </w:r>
            <w:r>
              <w:rPr>
                <w:sz w:val="17"/>
              </w:rPr>
              <w:t>日</w:t>
            </w:r>
            <w:r>
              <w:rPr>
                <w:sz w:val="17"/>
              </w:rPr>
              <w:t xml:space="preserve"> Day</w:t>
            </w:r>
          </w:p>
        </w:tc>
      </w:tr>
      <w:tr w:rsidR="00C82C46" w:rsidTr="00B03B74">
        <w:trPr>
          <w:trHeight w:val="500"/>
          <w:jc w:val="center"/>
        </w:trPr>
        <w:tc>
          <w:tcPr>
            <w:tcW w:w="3119" w:type="dxa"/>
            <w:shd w:val="clear" w:color="auto" w:fill="E7E6E6"/>
            <w:vAlign w:val="center"/>
          </w:tcPr>
          <w:p w:rsidR="00C82C46" w:rsidRDefault="00B03B74">
            <w:pPr>
              <w:spacing w:after="0"/>
            </w:pPr>
            <w:r>
              <w:rPr>
                <w:b/>
                <w:sz w:val="17"/>
              </w:rPr>
              <w:t>輔導方式</w:t>
            </w:r>
            <w:r>
              <w:rPr>
                <w:b/>
                <w:sz w:val="17"/>
              </w:rPr>
              <w:br/>
              <w:t>Counseling Method</w:t>
            </w:r>
          </w:p>
        </w:tc>
        <w:tc>
          <w:tcPr>
            <w:tcW w:w="7087" w:type="dxa"/>
            <w:vAlign w:val="center"/>
          </w:tcPr>
          <w:p w:rsidR="00C82C46" w:rsidRDefault="00B03B74">
            <w:pPr>
              <w:spacing w:after="0"/>
            </w:pPr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面談</w:t>
            </w:r>
            <w:r>
              <w:rPr>
                <w:sz w:val="17"/>
              </w:rPr>
              <w:t xml:space="preserve"> In-person   □ </w:t>
            </w:r>
            <w:r>
              <w:rPr>
                <w:sz w:val="17"/>
              </w:rPr>
              <w:t>電話</w:t>
            </w:r>
            <w:r>
              <w:rPr>
                <w:sz w:val="17"/>
              </w:rPr>
              <w:t xml:space="preserve"> Telephone   □ </w:t>
            </w:r>
            <w:r>
              <w:rPr>
                <w:sz w:val="17"/>
              </w:rPr>
              <w:t>校外訪視</w:t>
            </w:r>
            <w:r>
              <w:rPr>
                <w:sz w:val="17"/>
              </w:rPr>
              <w:t xml:space="preserve"> Off-campus Visit   □ </w:t>
            </w:r>
            <w:r>
              <w:rPr>
                <w:sz w:val="17"/>
              </w:rPr>
              <w:t>其他</w:t>
            </w:r>
            <w:r>
              <w:rPr>
                <w:sz w:val="17"/>
              </w:rPr>
              <w:t xml:space="preserve"> Other</w:t>
            </w:r>
            <w:r>
              <w:rPr>
                <w:sz w:val="17"/>
              </w:rPr>
              <w:t>：</w:t>
            </w:r>
            <w:r>
              <w:rPr>
                <w:sz w:val="17"/>
              </w:rPr>
              <w:t>____________</w:t>
            </w:r>
          </w:p>
        </w:tc>
      </w:tr>
      <w:tr w:rsidR="00B03B74" w:rsidTr="00B03B74">
        <w:trPr>
          <w:trHeight w:val="2929"/>
          <w:jc w:val="center"/>
        </w:trPr>
        <w:tc>
          <w:tcPr>
            <w:tcW w:w="3119" w:type="dxa"/>
            <w:shd w:val="clear" w:color="auto" w:fill="E7E6E6"/>
            <w:vAlign w:val="center"/>
          </w:tcPr>
          <w:p w:rsidR="00B03B74" w:rsidRDefault="00B03B74">
            <w:pPr>
              <w:spacing w:after="0"/>
            </w:pPr>
            <w:r>
              <w:rPr>
                <w:b/>
                <w:sz w:val="17"/>
              </w:rPr>
              <w:t>輔導紀錄</w:t>
            </w:r>
            <w:r>
              <w:rPr>
                <w:b/>
                <w:sz w:val="17"/>
              </w:rPr>
              <w:br/>
              <w:t xml:space="preserve">Counseling Record </w:t>
            </w:r>
          </w:p>
          <w:p w:rsidR="00B03B74" w:rsidRDefault="00B03B74">
            <w:pPr>
              <w:spacing w:after="0"/>
            </w:pPr>
          </w:p>
        </w:tc>
        <w:tc>
          <w:tcPr>
            <w:tcW w:w="7087" w:type="dxa"/>
            <w:vAlign w:val="center"/>
          </w:tcPr>
          <w:p w:rsidR="00B03B74" w:rsidRDefault="00B03B74">
            <w:pPr>
              <w:spacing w:after="0"/>
            </w:pPr>
          </w:p>
        </w:tc>
      </w:tr>
      <w:tr w:rsidR="00C82C46" w:rsidTr="00B03B74">
        <w:trPr>
          <w:trHeight w:val="620"/>
          <w:jc w:val="center"/>
        </w:trPr>
        <w:tc>
          <w:tcPr>
            <w:tcW w:w="3119" w:type="dxa"/>
            <w:shd w:val="clear" w:color="auto" w:fill="E7E6E6"/>
            <w:vAlign w:val="center"/>
          </w:tcPr>
          <w:p w:rsidR="00C82C46" w:rsidRDefault="00B03B74">
            <w:pPr>
              <w:spacing w:after="0"/>
            </w:pPr>
            <w:r>
              <w:rPr>
                <w:b/>
                <w:sz w:val="17"/>
              </w:rPr>
              <w:t>簽章</w:t>
            </w:r>
            <w:r>
              <w:rPr>
                <w:b/>
                <w:sz w:val="17"/>
              </w:rPr>
              <w:br/>
              <w:t>Signature</w:t>
            </w:r>
          </w:p>
        </w:tc>
        <w:tc>
          <w:tcPr>
            <w:tcW w:w="7087" w:type="dxa"/>
            <w:vAlign w:val="center"/>
          </w:tcPr>
          <w:p w:rsidR="00B03B74" w:rsidRDefault="00B03B74"/>
          <w:p w:rsidR="00B03B74" w:rsidRDefault="00B03B74"/>
          <w:tbl>
            <w:tblPr>
              <w:tblW w:w="6616" w:type="dxa"/>
              <w:tblLayout w:type="fixed"/>
              <w:tblLook w:val="04A0" w:firstRow="1" w:lastRow="0" w:firstColumn="1" w:lastColumn="0" w:noHBand="0" w:noVBand="1"/>
            </w:tblPr>
            <w:tblGrid>
              <w:gridCol w:w="3049"/>
              <w:gridCol w:w="3567"/>
            </w:tblGrid>
            <w:tr w:rsidR="00C82C46" w:rsidTr="00B03B74">
              <w:tc>
                <w:tcPr>
                  <w:tcW w:w="3049" w:type="dxa"/>
                </w:tcPr>
                <w:p w:rsidR="00C82C46" w:rsidRDefault="00B03B74" w:rsidP="00B03B74">
                  <w:pPr>
                    <w:spacing w:after="0"/>
                    <w:jc w:val="center"/>
                  </w:pPr>
                  <w:r>
                    <w:rPr>
                      <w:sz w:val="16"/>
                    </w:rPr>
                    <w:t>導師簽章</w:t>
                  </w:r>
                  <w:r>
                    <w:rPr>
                      <w:sz w:val="16"/>
                    </w:rPr>
                    <w:br/>
                    <w:t>Advisor’s Signature</w:t>
                  </w:r>
                </w:p>
              </w:tc>
              <w:tc>
                <w:tcPr>
                  <w:tcW w:w="3567" w:type="dxa"/>
                </w:tcPr>
                <w:p w:rsidR="00C82C46" w:rsidRDefault="00B03B74" w:rsidP="00B03B74">
                  <w:pPr>
                    <w:spacing w:after="0"/>
                    <w:jc w:val="center"/>
                  </w:pPr>
                  <w:r>
                    <w:rPr>
                      <w:sz w:val="16"/>
                    </w:rPr>
                    <w:t>系所主任簽章</w:t>
                  </w:r>
                  <w:r>
                    <w:rPr>
                      <w:sz w:val="16"/>
                    </w:rPr>
                    <w:br/>
                    <w:t xml:space="preserve">Department Chair’s Signature </w:t>
                  </w:r>
                </w:p>
              </w:tc>
            </w:tr>
          </w:tbl>
          <w:p w:rsidR="00C82C46" w:rsidRDefault="00C82C46"/>
        </w:tc>
      </w:tr>
    </w:tbl>
    <w:p w:rsidR="00C82C46" w:rsidRDefault="00B03B74">
      <w:pPr>
        <w:spacing w:before="80" w:after="40"/>
      </w:pPr>
      <w:r>
        <w:rPr>
          <w:b/>
        </w:rPr>
        <w:t>第</w:t>
      </w:r>
      <w:r>
        <w:rPr>
          <w:b/>
        </w:rPr>
        <w:t xml:space="preserve"> 2 </w:t>
      </w:r>
      <w:r>
        <w:rPr>
          <w:b/>
        </w:rPr>
        <w:t>次輔導紀錄</w:t>
      </w:r>
      <w:r>
        <w:rPr>
          <w:b/>
        </w:rPr>
        <w:t xml:space="preserve">  Counseling Record 2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7087"/>
      </w:tblGrid>
      <w:tr w:rsidR="00C82C46" w:rsidTr="00B03B74">
        <w:trPr>
          <w:trHeight w:val="380"/>
          <w:jc w:val="center"/>
        </w:trPr>
        <w:tc>
          <w:tcPr>
            <w:tcW w:w="3119" w:type="dxa"/>
            <w:shd w:val="clear" w:color="auto" w:fill="E7E6E6"/>
            <w:vAlign w:val="center"/>
          </w:tcPr>
          <w:p w:rsidR="00C82C46" w:rsidRDefault="00B03B74">
            <w:pPr>
              <w:spacing w:after="0"/>
            </w:pPr>
            <w:r>
              <w:rPr>
                <w:b/>
                <w:sz w:val="17"/>
              </w:rPr>
              <w:t>輔導日期</w:t>
            </w:r>
            <w:r>
              <w:rPr>
                <w:b/>
                <w:sz w:val="17"/>
              </w:rPr>
              <w:br/>
              <w:t>Counseling Date</w:t>
            </w:r>
          </w:p>
        </w:tc>
        <w:tc>
          <w:tcPr>
            <w:tcW w:w="7087" w:type="dxa"/>
            <w:vAlign w:val="center"/>
          </w:tcPr>
          <w:p w:rsidR="00C82C46" w:rsidRDefault="00B03B74">
            <w:pPr>
              <w:spacing w:after="0"/>
            </w:pPr>
            <w:r>
              <w:rPr>
                <w:sz w:val="17"/>
              </w:rPr>
              <w:t xml:space="preserve">_______ </w:t>
            </w:r>
            <w:r>
              <w:rPr>
                <w:sz w:val="17"/>
              </w:rPr>
              <w:t>年</w:t>
            </w:r>
            <w:r>
              <w:rPr>
                <w:sz w:val="17"/>
              </w:rPr>
              <w:t xml:space="preserve"> Year _______ </w:t>
            </w:r>
            <w:r>
              <w:rPr>
                <w:sz w:val="17"/>
              </w:rPr>
              <w:t>月</w:t>
            </w:r>
            <w:r>
              <w:rPr>
                <w:sz w:val="17"/>
              </w:rPr>
              <w:t xml:space="preserve"> Month _______ </w:t>
            </w:r>
            <w:r>
              <w:rPr>
                <w:sz w:val="17"/>
              </w:rPr>
              <w:t>日</w:t>
            </w:r>
            <w:r>
              <w:rPr>
                <w:sz w:val="17"/>
              </w:rPr>
              <w:t xml:space="preserve"> Day</w:t>
            </w:r>
          </w:p>
        </w:tc>
      </w:tr>
      <w:tr w:rsidR="00C82C46" w:rsidTr="00B03B74">
        <w:trPr>
          <w:trHeight w:val="500"/>
          <w:jc w:val="center"/>
        </w:trPr>
        <w:tc>
          <w:tcPr>
            <w:tcW w:w="3119" w:type="dxa"/>
            <w:shd w:val="clear" w:color="auto" w:fill="E7E6E6"/>
            <w:vAlign w:val="center"/>
          </w:tcPr>
          <w:p w:rsidR="00C82C46" w:rsidRDefault="00B03B74">
            <w:pPr>
              <w:spacing w:after="0"/>
            </w:pPr>
            <w:r>
              <w:rPr>
                <w:b/>
                <w:sz w:val="17"/>
              </w:rPr>
              <w:t>輔導方式</w:t>
            </w:r>
            <w:r>
              <w:rPr>
                <w:b/>
                <w:sz w:val="17"/>
              </w:rPr>
              <w:br/>
              <w:t>Counseling Method</w:t>
            </w:r>
          </w:p>
        </w:tc>
        <w:tc>
          <w:tcPr>
            <w:tcW w:w="7087" w:type="dxa"/>
            <w:vAlign w:val="center"/>
          </w:tcPr>
          <w:p w:rsidR="00C82C46" w:rsidRDefault="00B03B74">
            <w:pPr>
              <w:spacing w:after="0"/>
            </w:pPr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面談</w:t>
            </w:r>
            <w:r>
              <w:rPr>
                <w:sz w:val="17"/>
              </w:rPr>
              <w:t xml:space="preserve"> In-person   □ </w:t>
            </w:r>
            <w:r>
              <w:rPr>
                <w:sz w:val="17"/>
              </w:rPr>
              <w:t>電話</w:t>
            </w:r>
            <w:r>
              <w:rPr>
                <w:sz w:val="17"/>
              </w:rPr>
              <w:t xml:space="preserve"> Telephone   □ </w:t>
            </w:r>
            <w:r>
              <w:rPr>
                <w:sz w:val="17"/>
              </w:rPr>
              <w:t>校外訪視</w:t>
            </w:r>
            <w:r>
              <w:rPr>
                <w:sz w:val="17"/>
              </w:rPr>
              <w:t xml:space="preserve"> Off-campus Visit   □ </w:t>
            </w:r>
            <w:r>
              <w:rPr>
                <w:sz w:val="17"/>
              </w:rPr>
              <w:t>其他</w:t>
            </w:r>
            <w:r>
              <w:rPr>
                <w:sz w:val="17"/>
              </w:rPr>
              <w:t xml:space="preserve"> Other</w:t>
            </w:r>
            <w:r>
              <w:rPr>
                <w:sz w:val="17"/>
              </w:rPr>
              <w:t>：</w:t>
            </w:r>
            <w:r>
              <w:rPr>
                <w:sz w:val="17"/>
              </w:rPr>
              <w:t>____________</w:t>
            </w:r>
          </w:p>
        </w:tc>
      </w:tr>
      <w:tr w:rsidR="00B03B74" w:rsidTr="00B03B74">
        <w:trPr>
          <w:trHeight w:val="2761"/>
          <w:jc w:val="center"/>
        </w:trPr>
        <w:tc>
          <w:tcPr>
            <w:tcW w:w="3119" w:type="dxa"/>
            <w:shd w:val="clear" w:color="auto" w:fill="E7E6E6"/>
            <w:vAlign w:val="center"/>
          </w:tcPr>
          <w:p w:rsidR="00B03B74" w:rsidRDefault="00B03B74">
            <w:pPr>
              <w:spacing w:after="0"/>
            </w:pPr>
            <w:r>
              <w:rPr>
                <w:b/>
                <w:sz w:val="17"/>
              </w:rPr>
              <w:t>輔導紀錄</w:t>
            </w:r>
            <w:r>
              <w:rPr>
                <w:b/>
                <w:sz w:val="17"/>
              </w:rPr>
              <w:br/>
              <w:t xml:space="preserve">Counseling Record </w:t>
            </w:r>
          </w:p>
          <w:p w:rsidR="00B03B74" w:rsidRDefault="00B03B74">
            <w:pPr>
              <w:spacing w:after="0"/>
            </w:pPr>
          </w:p>
        </w:tc>
        <w:tc>
          <w:tcPr>
            <w:tcW w:w="7087" w:type="dxa"/>
            <w:vAlign w:val="center"/>
          </w:tcPr>
          <w:p w:rsidR="00B03B74" w:rsidRDefault="00B03B74">
            <w:pPr>
              <w:spacing w:after="0"/>
            </w:pPr>
          </w:p>
          <w:p w:rsidR="00B03B74" w:rsidRDefault="00B03B74">
            <w:pPr>
              <w:spacing w:after="0"/>
            </w:pPr>
          </w:p>
        </w:tc>
      </w:tr>
      <w:tr w:rsidR="00C82C46" w:rsidTr="00B03B74">
        <w:trPr>
          <w:trHeight w:val="620"/>
          <w:jc w:val="center"/>
        </w:trPr>
        <w:tc>
          <w:tcPr>
            <w:tcW w:w="3119" w:type="dxa"/>
            <w:shd w:val="clear" w:color="auto" w:fill="E7E6E6"/>
            <w:vAlign w:val="center"/>
          </w:tcPr>
          <w:p w:rsidR="00C82C46" w:rsidRDefault="00B03B74">
            <w:pPr>
              <w:spacing w:after="0"/>
            </w:pPr>
            <w:r>
              <w:rPr>
                <w:b/>
                <w:sz w:val="17"/>
              </w:rPr>
              <w:t>簽章</w:t>
            </w:r>
            <w:r>
              <w:rPr>
                <w:b/>
                <w:sz w:val="17"/>
              </w:rPr>
              <w:br/>
              <w:t>Signature</w:t>
            </w:r>
          </w:p>
        </w:tc>
        <w:tc>
          <w:tcPr>
            <w:tcW w:w="7087" w:type="dxa"/>
            <w:vAlign w:val="center"/>
          </w:tcPr>
          <w:p w:rsidR="00B03B74" w:rsidRDefault="00B03B74"/>
          <w:p w:rsidR="00B03B74" w:rsidRDefault="00B03B74"/>
          <w:tbl>
            <w:tblPr>
              <w:tblW w:w="6968" w:type="dxa"/>
              <w:tblLayout w:type="fixed"/>
              <w:tblLook w:val="04A0" w:firstRow="1" w:lastRow="0" w:firstColumn="1" w:lastColumn="0" w:noHBand="0" w:noVBand="1"/>
            </w:tblPr>
            <w:tblGrid>
              <w:gridCol w:w="2551"/>
              <w:gridCol w:w="4417"/>
            </w:tblGrid>
            <w:tr w:rsidR="00C82C46" w:rsidTr="00B03B74">
              <w:tc>
                <w:tcPr>
                  <w:tcW w:w="2551" w:type="dxa"/>
                </w:tcPr>
                <w:p w:rsidR="00C82C46" w:rsidRDefault="00B03B74" w:rsidP="00B03B74">
                  <w:pPr>
                    <w:spacing w:after="0"/>
                    <w:jc w:val="center"/>
                  </w:pPr>
                  <w:r>
                    <w:rPr>
                      <w:sz w:val="16"/>
                    </w:rPr>
                    <w:t>導師簽章</w:t>
                  </w:r>
                  <w:r>
                    <w:rPr>
                      <w:sz w:val="16"/>
                    </w:rPr>
                    <w:br/>
                    <w:t>Advisor’s Signature</w:t>
                  </w:r>
                </w:p>
              </w:tc>
              <w:tc>
                <w:tcPr>
                  <w:tcW w:w="4417" w:type="dxa"/>
                </w:tcPr>
                <w:p w:rsidR="00C82C46" w:rsidRDefault="00B03B74" w:rsidP="00B03B74">
                  <w:pPr>
                    <w:spacing w:after="0"/>
                    <w:jc w:val="center"/>
                  </w:pPr>
                  <w:r>
                    <w:rPr>
                      <w:sz w:val="16"/>
                    </w:rPr>
                    <w:t>系所主任簽章</w:t>
                  </w:r>
                  <w:r>
                    <w:rPr>
                      <w:sz w:val="16"/>
                    </w:rPr>
                    <w:br/>
                    <w:t xml:space="preserve">Department Chair’s Signature </w:t>
                  </w:r>
                </w:p>
              </w:tc>
            </w:tr>
          </w:tbl>
          <w:p w:rsidR="00C82C46" w:rsidRDefault="00C82C46"/>
        </w:tc>
      </w:tr>
    </w:tbl>
    <w:p w:rsidR="00C82C46" w:rsidRDefault="00B03B74">
      <w:pPr>
        <w:spacing w:before="60" w:after="0"/>
      </w:pPr>
      <w:r>
        <w:rPr>
          <w:sz w:val="16"/>
          <w:lang w:eastAsia="zh-TW"/>
        </w:rPr>
        <w:t xml:space="preserve">※ </w:t>
      </w:r>
      <w:r>
        <w:rPr>
          <w:sz w:val="16"/>
          <w:lang w:eastAsia="zh-TW"/>
        </w:rPr>
        <w:t>本頁為工讀調查表背面，請與正面學生資料一併留存。</w:t>
      </w:r>
      <w:r>
        <w:rPr>
          <w:sz w:val="16"/>
          <w:lang w:eastAsia="zh-TW"/>
        </w:rPr>
        <w:t xml:space="preserve"> </w:t>
      </w:r>
      <w:r>
        <w:rPr>
          <w:sz w:val="16"/>
        </w:rPr>
        <w:t>/ Please retain this page together with the student survey on the front side.</w:t>
      </w:r>
    </w:p>
    <w:sectPr w:rsidR="00C82C46" w:rsidSect="00034616">
      <w:pgSz w:w="11906" w:h="16838"/>
      <w:pgMar w:top="765" w:right="850" w:bottom="765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78C" w:rsidRDefault="007F678C" w:rsidP="00E421FE">
      <w:pPr>
        <w:spacing w:after="0" w:line="240" w:lineRule="auto"/>
      </w:pPr>
      <w:r>
        <w:separator/>
      </w:r>
    </w:p>
  </w:endnote>
  <w:endnote w:type="continuationSeparator" w:id="0">
    <w:p w:rsidR="007F678C" w:rsidRDefault="007F678C" w:rsidP="00E42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78C" w:rsidRDefault="007F678C" w:rsidP="00E421FE">
      <w:pPr>
        <w:spacing w:after="0" w:line="240" w:lineRule="auto"/>
      </w:pPr>
      <w:r>
        <w:separator/>
      </w:r>
    </w:p>
  </w:footnote>
  <w:footnote w:type="continuationSeparator" w:id="0">
    <w:p w:rsidR="007F678C" w:rsidRDefault="007F678C" w:rsidP="00E42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687E"/>
    <w:rsid w:val="0015074B"/>
    <w:rsid w:val="0029639D"/>
    <w:rsid w:val="00326F90"/>
    <w:rsid w:val="0034409B"/>
    <w:rsid w:val="00543561"/>
    <w:rsid w:val="0065225C"/>
    <w:rsid w:val="007F678C"/>
    <w:rsid w:val="009E6E68"/>
    <w:rsid w:val="00A96D60"/>
    <w:rsid w:val="00AA1D8D"/>
    <w:rsid w:val="00B03B74"/>
    <w:rsid w:val="00B47730"/>
    <w:rsid w:val="00C82C46"/>
    <w:rsid w:val="00CB0664"/>
    <w:rsid w:val="00DC4619"/>
    <w:rsid w:val="00E421FE"/>
    <w:rsid w:val="00F45843"/>
    <w:rsid w:val="00FC693F"/>
    <w:rsid w:val="00FE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efaultImageDpi w14:val="300"/>
  <w15:docId w15:val="{C5074C04-DB86-491A-9C44-425400E88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eastAsia="微軟正黑體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B03B7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b">
    <w:name w:val="註解方塊文字 字元"/>
    <w:basedOn w:val="a2"/>
    <w:link w:val="affa"/>
    <w:uiPriority w:val="99"/>
    <w:semiHidden/>
    <w:rsid w:val="00B03B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A0BAB4-40C8-438B-9955-6B7651064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cp:lastPrinted>2026-08-18T01:51:00Z</cp:lastPrinted>
  <dcterms:created xsi:type="dcterms:W3CDTF">2026-08-18T01:53:00Z</dcterms:created>
  <dcterms:modified xsi:type="dcterms:W3CDTF">2026-08-18T01:53:00Z</dcterms:modified>
  <cp:category/>
</cp:coreProperties>
</file>